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דרכי התמודדות עם שינוי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דרכי ההתמודדות במודל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מתאימות לכל דרך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המודל על מצב שינוי אישי או 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אמונה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גוף, שכל, רגש, אמונה ומשמעות, חברה ודמיון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ערוץ השכל עוסק בחשיבה ותכנון, לא ברגשות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לשלב כמה ערוצים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ממליץ לפנות למורה או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דוגמה מהדף לערוץ הדמיון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(רכיבה על אופניים ושינה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(סימון מקומות חשובים על 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(שיחה עם ההורים על פחדים)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(הזמנת חבר חדש לבקר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(ציור של היום הראשון כשהוא מצליח)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אמונה ומשמעות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תבחר שני ערוצים שונים ותסביר פעולה קונקרטית לכל ערוץ, בקשר הגיוני למצב המתואר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שאנשים שונים ומצבים שונים מתאימים לערוצים שונים, ולכן גיוון 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שלושה מתוך שש: גוף, שכל, רגש, אמונה ומשמעות, חברה,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כגון הצטרפות לפעילות או שמירת קשר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אנשים ומצבים שונים זקוקים לדרכים שונות של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חוויית שינוי אישית של התלמידים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רק אם נוח להם,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מודגמת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דרכי התמודדות עם שינוי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כשמשהו משתנה בחיים שלנו - כמו מעבר עיר או חדשות מהעולם - אפשר להיעזר בשש דרכי התמודדות שנקראות גש״ר מאח״ד: גוף, שכל, רגש, אמונה ומשמעות, חברה ודמיון.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נועם ונועה פותחים מפה של העיר כדי לתכנן מסלולים - לאיזה ערוץ זה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כתיבת יומן על מה שמרגישים שייכת לערוץ: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אמונה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הליכה ברגל ושינה טובה שייכות לערוץ: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אמונה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לזכור הצלחה קודמת בהסתגלות שייך לערוץ: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אמונה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הצטרפות לחוג חדש ושמירת קשר עם חברים ישנים שייכת לערוץ: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לדמיין איך ייראה היום הראשון בבית הספר החדש שייך לערוץ: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במודל גש״ר מאח״ד יש שש דרכי התמודדות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ה׳שכל׳ עוסק רק ברגשות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ביותר מערוץ אחד בו זמנית כדי להתמודד עם שינוי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אם משהו מציף אסור לפנות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ה׳דמיון׳ כולל יצירת מפת אוצרות של מקומות אהובים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סימון מקומות חשובים על 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הזמנת חבר חדש לבקר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רכיבה על אופניים ושינה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ציור של היום הראשון כשהוא מצליח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עם ההורים על פחדים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ערוץ ה__________ עוזר כשהולכים ברגל או ישנים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ערוץ ה__________ עוזר כשמתכננים מסלול ואוספים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ערוץ ה__________ עוזר כשמשתפים אחרים במה שמרגישים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ערוץ ה__________ עוזר כשמצטרפים לפעילות ומכירים אנשים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ערוץ ה__________ עוזר כשמוצאים מטרה חדשה כמו נבחרת או חוג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שחדשות מהעולם גרמו לכם לדאגה (למשל שינוי אקלים או אירוע גדול). בחרו שני ערוצים מתוך גש״ר מאח״ד וכתבו איך כל אחד מהם יכול לעזור לכם להתמודד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שמסכם למה חשוב להכיר כמה דרכי התמודדות ולא רק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ערוצים מתוך גש״ר מאח״ד?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בערוץ ׳חברה׳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להכיר כמה ערוצי התמודדות ולא רק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גש״ר מאח״ד – דרכי התמודדות עם שינוי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