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דרכי ההתמודדות במודל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מתאימות לכל דרך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את המודל על מצב שינוי אישי או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אמונה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גוף, שכל, רגש, אמונה ומשמעות, חברה ודמיון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ערוץ השכל עוסק בחשיבה ותכנון, לא ברגשות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לשלב כמה ערוצים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ממליץ לפנות למורה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דוגמה מהדף לערוץ הדמיון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(רכיבה על אופניים ושינה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(סימון מקומות חשובים על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(שיחה עם ההורים על פחדים)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(הזמנת חבר חדש לבקר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(ציור של היום הראשון כשהוא מצליח)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אמונה ומשמעות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תבחר שני ערוצים שונים ותסביר פעולה קונקרטית לכל ערוץ, בקשר הגיוני למצב המתואר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שאנשים שונים ומצבים שונים מתאימים לערוצים שונים, ולכן גיוון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 שש: גוף, שכל, רגש, אמונה ומשמעות, חברה, דמיון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הצטרפות לפעילות או שמירת קשר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אנשים ומצבים שונים זקוקים לדרכים שונות של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חוויית שינוי אישית של התלמידים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לשתף רק אם נוח להם,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מודגמת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גש״ר מאח״ד – דרכי התמודדות עם שינוי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שש דרכים שעוזרות להתמודד עם שינוי. בדף נלמד מה הן ונתרגל עם 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קצר לשש הדרכים להתמודדות עם שינוי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תנועה, שינה טובה, הליכה - עוזרים להירגע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לחשוב, לתכנן, לאסוף מידע על המצב החדש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לשתף במה שמרגישים, לכתוב או לצייר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ומשמעות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לזכור הצלחות מהעבר ולמצוא מטרה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קשרים ולהכיר אנשים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לדמיין תמונה חיובית של העתיד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פתיחת מפה ותכנון מסלול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כתיבת יומן רגשות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הליכה ושינה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לזכור הצלחה מהעבר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אמונה ומשמעות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להצטרף לחוג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לדמיין יום ראשון טוב - איזה ערוץ?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במודל גש״ר מאח״ד יש שש דרכי התמודדות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ה׳שכל׳ עוסק רק ברגשות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ביותר מערוץ אחד בו זמנית כדי להתמודד עם שינוי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אם משהו מציף אסור לפנות לאף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ערוץ ה׳דמיון׳ כולל יצירת מפת אוצרות של מקומות אהובים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שיחה עם ההורים על פחדים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ציור של היום הראשון כשהוא מצליח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הזמנת חבר חדש לבקר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מקומות חשובים על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רכיבה על אופניים ושינה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ערוץ ה__________ עוזר כשהולכים ברגל או ישנים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ערוץ ה__________ עוזר כשמתכננים מסלול ואוספים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ערוץ ה__________ עוזר כשמשתפים אחרים במה שמרגישים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ערוץ ה__________ עוזר כשמצטרפים לפעילות ומכירים אנשים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ערוץ ה__________ עוזר כשמוצאים מטרה חדשה כמו נבחרת או חוג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שחדשות מהעולם גרמו לכם לדאגה (למשל שינוי אקלים או אירוע גדול). בחרו שני ערוצים מתוך גש״ר מאח״ד וכתבו איך כל אחד מהם יכול לעזור לכם להתמודד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למה חשוב להכיר כמה דרכי התמודדות ולא רק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ערוצים מתוך גש״ר מאח״ד?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לפעולה בערוץ ׳חברה׳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להכיר כמה ערוצי התמודדות ולא רק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גש״ר מאח״ד – דרכי התמודדות עם שינוי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