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– דרכי התמודדות עם שינוי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 דרכי ההתמודדות במודל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מתאימות לכל דרך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המודל על מצב שינוי אישי או 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גוף, שכל, רגש, אמונה ומשמעות, חברה ודמיון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ערוץ השכל עוסק בחשיבה ותכנון, לא ברגשות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לשלב כמה ערוצים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(רכיבה על אופניים ושינה 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(סימון מקומות חשובים על 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(שיחה עם ההורים על פחדים)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(הזמנת חבר חדש לבקר בבית)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תבחר שני ערוצים שונים ותסביר פעולה קונקרטית לכל ערוץ, בקשר הגיוני למצב המתואר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שלושה מתוך שש: גוף, שכל, רגש, אמונה ומשמעות, חברה, 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כגון הצטרפות לפעילות או שמירת קשר עם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אנשים ומצבים שונים זקוקים לדרכים שונות של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חוויית שינוי אישית של התלמידים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לשתף רק אם נוח להם,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מודגמת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– דרכי התמודדות עם שינוי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כשמשהו משתנה בחיים שלנו - כמו מעבר עיר או חדשות מהעולם - אפשר להיעזר בשש דרכי התמודדות שנקראות גש״ר מאח״ד: גוף, שכל, רגש, אמונה ומשמעות, חברה ודמיון.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גוף  ·  רגש  ·  שכל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נועם ונועה פותחים מפה של העיר כדי לתכנן מסלולים - לאיזה ערוץ זה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כתיבת יומן על מה שמרגישים שייכת לערוץ: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הליכה ברגל ושינה טובה שייכות לערוץ: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דמיון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במודל גש״ר מאח״ד יש שש דרכי התמודדות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ערוץ ה׳שכל׳ עוסק רק ברגשות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להשתמש ביותר מערוץ אחד בו זמנית כדי להתמודד עם שינוי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הזמנת חבר חדש לבקר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שיחה עם ההורים על פחדים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סימון מקומות חשובים על 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רכיבה על אופניים ושינה טובה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ערוץ ה__________ עוזר כשהולכים ברגל או ישנים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ערוץ ה__________ עוזר כשמתכננים מסלול ואוספים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ערוץ ה__________ עוזר כשמשתפים אחרים במה שמרגישים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שחדשות מהעולם גרמו לכם לדאגה (למשל שינוי אקלים או אירוע גדול). בחרו שני ערוצים מתוך גש״ר מאח״ד וכתבו איך כל אחד מהם יכול לעזור לכם להתמודד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שלושה ערוצים מתוך גש״ר מאח״ד?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לפעולה בערוץ ׳חברה׳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גש״ר מאח״ד – דרכי התמודדות עם שינוי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